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Student Registration Form</w:t>
      </w:r>
    </w:p>
    <w:p>
      <w:r>
        <w:t>Complete this form and return it to the Academy. Enrollment is open throughout the year for learners aged 5 years and above. The annual registration fee shown on the website is FCFA 5,000. Tuition depends on the selected program and payment plan and should be confirmed with the Academy.</w:t>
      </w:r>
    </w:p>
    <w:p>
      <w:pPr>
        <w:pStyle w:val="Heading1"/>
      </w:pPr>
      <w:r>
        <w:t>Student Details</w:t>
      </w:r>
    </w:p>
    <w:p>
      <w:pPr>
        <w:spacing w:after="160"/>
      </w:pPr>
      <w:r>
        <w:rPr>
          <w:b/>
        </w:rPr>
        <w:t xml:space="preserve">First name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Last name  </w:t>
      </w:r>
      <w: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Date of birth</w:t>
              <w:br/>
              <w:t>________________________________</w:t>
            </w:r>
          </w:p>
        </w:tc>
        <w:tc>
          <w:tcPr>
            <w:tcW w:type="dxa" w:w="50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Gender</w:t>
              <w:br/>
              <w:t>☐ Male   ☐ Female   ☐ Prefer not to say</w:t>
            </w:r>
          </w:p>
        </w:tc>
      </w:tr>
      <w:tr>
        <w:tc>
          <w:tcPr>
            <w:tcW w:type="dxa" w:w="50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Student email optional</w:t>
              <w:br/>
              <w:t>________________________________</w:t>
            </w:r>
          </w:p>
        </w:tc>
        <w:tc>
          <w:tcPr>
            <w:tcW w:type="dxa" w:w="504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City and country</w:t>
              <w:br/>
              <w:t>Buea, Cameroon</w:t>
            </w:r>
          </w:p>
        </w:tc>
      </w:tr>
    </w:tbl>
    <w:p>
      <w:pPr>
        <w:pStyle w:val="Heading1"/>
      </w:pPr>
      <w:r>
        <w:t>Parent or Guardian</w:t>
      </w:r>
    </w:p>
    <w:p>
      <w:pPr>
        <w:spacing w:after="160"/>
      </w:pPr>
      <w:r>
        <w:rPr>
          <w:b/>
        </w:rPr>
        <w:t xml:space="preserve">Full names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Relationship to student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Phone and WhatsApp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Email  </w:t>
      </w:r>
      <w:r>
        <w:t>______________________________________________________________________</w:t>
      </w:r>
    </w:p>
    <w:p>
      <w:pPr>
        <w:pStyle w:val="Heading1"/>
      </w:pPr>
      <w:r>
        <w:t>Emergency Contact and Medical Information</w:t>
      </w:r>
    </w:p>
    <w:p>
      <w:pPr>
        <w:spacing w:after="160"/>
      </w:pPr>
      <w:r>
        <w:rPr>
          <w:b/>
        </w:rPr>
        <w:t xml:space="preserve">Emergency contact name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Relationship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Phone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Allergies if any  </w:t>
      </w:r>
      <w:r>
        <w:t>________________________________________________________</w:t>
      </w:r>
    </w:p>
    <w:p>
      <w:pPr>
        <w:spacing w:after="160"/>
      </w:pPr>
      <w:r>
        <w:rPr>
          <w:b/>
        </w:rPr>
        <w:t xml:space="preserve">Medical conditions special learning needs or support required  </w:t>
      </w:r>
      <w:r>
        <w:t>______________________________________</w:t>
      </w:r>
    </w:p>
    <w:p>
      <w:r>
        <w:br w:type="page"/>
      </w:r>
    </w:p>
    <w:p>
      <w:pPr>
        <w:pStyle w:val="Heading1"/>
      </w:pPr>
      <w:r>
        <w:t>Program Selection</w:t>
      </w:r>
    </w:p>
    <w:p>
      <w:r>
        <w:t>Select one or more programs.</w:t>
      </w:r>
    </w:p>
    <w:p>
      <w:pPr>
        <w:pStyle w:val="Heading2"/>
      </w:pPr>
      <w:r>
        <w:t>Music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Piano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Keyboard</w:t>
            </w:r>
          </w:p>
        </w:tc>
      </w:tr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Voice training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Music theory</w:t>
            </w:r>
          </w:p>
        </w:tc>
      </w:tr>
    </w:tbl>
    <w:p>
      <w:pPr>
        <w:pStyle w:val="Heading2"/>
      </w:pPr>
      <w:r>
        <w:t>Dance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Ballet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Contemporary dance</w:t>
            </w:r>
          </w:p>
        </w:tc>
      </w:tr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Liturgical dance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Afro dance</w:t>
            </w:r>
          </w:p>
        </w:tc>
      </w:tr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Salsa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Ballroom dance</w:t>
            </w:r>
          </w:p>
        </w:tc>
      </w:tr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Latin dance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Acrobatic rock 'n' roll</w:t>
            </w:r>
          </w:p>
        </w:tc>
      </w:tr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Acro swing dance</w:t>
            </w:r>
          </w:p>
        </w:tc>
        <w:tc>
          <w:tcPr>
            <w:tcW w:type="dxa" w:w="5040"/>
          </w:tcPr>
          <w:p>
            <w:r/>
          </w:p>
        </w:tc>
      </w:tr>
    </w:tbl>
    <w:p>
      <w:pPr>
        <w:pStyle w:val="Heading2"/>
      </w:pPr>
      <w:r>
        <w:t>Performing Arts and Media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Acting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Spoken word</w:t>
            </w:r>
          </w:p>
        </w:tc>
      </w:tr>
      <w:tr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Photography</w:t>
            </w:r>
          </w:p>
        </w:tc>
        <w:tc>
          <w:tcPr>
            <w:tcW w:type="dxa" w:w="5040"/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r>
              <w:t>☐  Holiday Creative Arts Workshop</w:t>
            </w:r>
          </w:p>
        </w:tc>
      </w:tr>
    </w:tbl>
    <w:p>
      <w:pPr>
        <w:pStyle w:val="Heading1"/>
      </w:pPr>
      <w:r>
        <w:t>Preferred Schedule</w:t>
      </w:r>
    </w:p>
    <w:p>
      <w:r>
        <w:t>Days:  ☐ Monday  ☐ Tuesday  ☐ Wednesday  ☐ Thursday  ☐ Friday  ☐ Saturday</w:t>
      </w:r>
    </w:p>
    <w:p>
      <w:r>
        <w:t>Time:  ☐ Morning  ☐ Afternoon  ☐ Evening</w:t>
      </w:r>
    </w:p>
    <w:p>
      <w:pPr>
        <w:pStyle w:val="Heading1"/>
      </w:pPr>
      <w:r>
        <w:t>Documents</w:t>
      </w:r>
    </w:p>
    <w:p>
      <w:pPr>
        <w:pStyle w:val="ListBullet"/>
      </w:pPr>
      <w:r>
        <w:t>Passport photograph required</w:t>
      </w:r>
    </w:p>
    <w:p>
      <w:pPr>
        <w:pStyle w:val="ListBullet"/>
      </w:pPr>
      <w:r>
        <w:t>Birth certificate optional</w:t>
      </w:r>
    </w:p>
    <w:p>
      <w:pPr>
        <w:pStyle w:val="ListBullet"/>
      </w:pPr>
      <w:r>
        <w:t>Parent or guardian ID optional</w:t>
      </w:r>
    </w:p>
    <w:p>
      <w:pPr>
        <w:pStyle w:val="ListBullet"/>
      </w:pPr>
      <w:r>
        <w:t>Previous certificate if applicable</w:t>
      </w:r>
    </w:p>
    <w:p>
      <w:r>
        <w:br w:type="page"/>
      </w:r>
    </w:p>
    <w:p>
      <w:pPr>
        <w:pStyle w:val="Heading1"/>
      </w:pPr>
      <w:r>
        <w:t>Payment</w:t>
      </w:r>
    </w:p>
    <w:p>
      <w:r>
        <w:t>Tuition plan:  ☐ Monthly  ☐ Per term three months  ☐ Full year nine months</w:t>
      </w:r>
    </w:p>
    <w:p>
      <w:r>
        <w:t>Method:  ☐ MTN Mobile Money  ☐ Orange Money  ☐ Bank transfer  ☐ Pay at the Academy  ☐ Card</w:t>
      </w:r>
    </w:p>
    <w:p>
      <w:pPr>
        <w:spacing w:after="160"/>
      </w:pPr>
      <w:r>
        <w:rPr>
          <w:b/>
        </w:rPr>
        <w:t xml:space="preserve">Amount paid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Payment reference  </w:t>
      </w:r>
      <w:r>
        <w:t>______________________________________________________________________</w:t>
      </w:r>
    </w:p>
    <w:p>
      <w:pPr>
        <w:pStyle w:val="Heading1"/>
      </w:pPr>
      <w:r>
        <w:t>Declarations and Consent</w:t>
      </w:r>
    </w:p>
    <w:p>
      <w:r>
        <w:t>☐ I certify that the information provided is accurate.</w:t>
        <w:br/>
        <w:t>☐ I agree to the Academy's terms and conditions.</w:t>
        <w:br/>
        <w:t>☐ I consent to the use of photographs and video for educational and promotional purposes.</w:t>
        <w:br/>
        <w:t>☐ I do not consent to photographs or video of the student being used for promotional purposes.</w:t>
      </w:r>
    </w:p>
    <w:p>
      <w:r>
        <w:rPr>
          <w:i/>
          <w:color w:val="666666"/>
        </w:rPr>
        <w:t>Note: A parent or guardian should sign for a student under 18. The Academy should record and respect the selected media-consent option.</w:t>
      </w:r>
    </w:p>
    <w:p>
      <w:pPr>
        <w:spacing w:after="160"/>
      </w:pPr>
      <w:r>
        <w:rPr>
          <w:b/>
        </w:rPr>
        <w:t xml:space="preserve">Student or parent guardian name  </w:t>
      </w:r>
      <w:r>
        <w:t>__________________________________________</w:t>
      </w:r>
    </w:p>
    <w:p>
      <w:pPr>
        <w:spacing w:after="160"/>
      </w:pPr>
      <w:r>
        <w:rPr>
          <w:b/>
        </w:rPr>
        <w:t xml:space="preserve">Signature  </w:t>
      </w:r>
      <w:r>
        <w:t>______________________________________________________________</w:t>
      </w:r>
    </w:p>
    <w:p>
      <w:pPr>
        <w:spacing w:after="160"/>
      </w:pPr>
      <w:r>
        <w:rPr>
          <w:b/>
        </w:rPr>
        <w:t xml:space="preserve">Date  </w:t>
      </w:r>
      <w:r>
        <w:t>____________________________________________________________________</w:t>
      </w:r>
    </w:p>
    <w:p>
      <w:pPr>
        <w:pStyle w:val="Heading1"/>
      </w:pPr>
      <w:r>
        <w:t>For Academy Use</w:t>
      </w:r>
    </w:p>
    <w:p>
      <w:pPr>
        <w:spacing w:after="160"/>
      </w:pPr>
      <w:r>
        <w:rPr>
          <w:b/>
        </w:rPr>
        <w:t xml:space="preserve">Registration reference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Programs confirmed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Fee received and receipt number 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Class schedule confirmed by  </w:t>
      </w:r>
      <w:r>
        <w:t>______________________________________________________________________</w:t>
      </w:r>
    </w:p>
    <w:p>
      <w:pPr>
        <w:pStyle w:val="Heading1"/>
      </w:pPr>
      <w:r>
        <w:t>Contact the Academy</w:t>
      </w:r>
    </w:p>
    <w:p>
      <w:r>
        <w:t>FOMIC Street, Sand Pit, Buea, South West Region, Cameroon</w:t>
        <w:br/>
        <w:t>Phone and WhatsApp: +237 675 528 015 or +237 650 579 274</w:t>
        <w:br/>
        <w:t>Email: info@nelsonmusicanddanceacademy.org</w:t>
        <w:br/>
        <w:t>Website: www.nelsonmusicanddanceacademy.org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</w:tblPr>
    <w:tblGrid>
      <w:gridCol w:w="8352"/>
      <w:gridCol w:w="1728"/>
    </w:tblGrid>
    <w:tr>
      <w:tc>
        <w:tcPr>
          <w:tcW w:type="dxa" w:w="5040"/>
        </w:tcPr>
        <w:p>
          <w:r>
            <w:rPr>
              <w:color w:val="666666"/>
              <w:sz w:val="15"/>
            </w:rPr>
            <w:t>FOMIC Street, Sand Pit, Buea | +237 675 528 015 | info@nelsonmusicanddanceacademy.org</w:t>
          </w:r>
        </w:p>
      </w:tc>
      <w:tc>
        <w:tcPr>
          <w:tcW w:type="dxa" w:w="5040"/>
        </w:tcPr>
        <w:p>
          <w:pPr>
            <w:jc w:val="right"/>
          </w:pPr>
          <w:r>
            <w:rPr>
              <w:color w:val="666666"/>
              <w:sz w:val="15"/>
            </w:rPr>
            <w:t xml:space="preserve">Page </w:t>
          </w:r>
          <w:fldSimple w:instr="PAGE"/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475488" cy="47548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md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488" cy="47548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C81D25"/>
        <w:sz w:val="18"/>
      </w:rPr>
      <w:t xml:space="preserve">  NELSON MUSIC AND DANCE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021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NMDA Student Registration Form</dc:title>
  <dc:subject>Nelson Music and Dance Academy</dc:subject>
  <dc:creator>Nelson Music and Dance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